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והגדרה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בספרות: דימוי, שיא, ניגוד, אנפורה, האנשה, תפנית, סיום פתוח/סגור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בתוך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עצמאי במושגים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בין שני דברים בעזרת מילת דימוי כמו, כ-, דומה ל-,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(הרגע המתוח והחשוב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(הצבה של שני דברים הפוכים זה לצד 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המושג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ההגדרה של סיום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דימוי כמו/כ-/דומה ל-/כאילו והשוואה הגיונית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משווה בין דברים עם מילת דימוי, האנשה נותנת תכונות אנושיות לדברים שאינם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עם שני דברים הפוכים כמו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הרגע המתוח והחשוב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אחת מכל מושג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כפעילות כיתתית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העצמאית כדאי לאפשר לתלמידים לשתף את המשפטים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והגדרה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נתרגל את המושגים הספרותיים החשובים ביותר לניתוח סיפורים ושירים: דימוי, האנשה, ניגוד, אנפורה, שיא, תפנית וסיום פתוח או סגור.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שיא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הצבה של שני דברים הפוכים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בין שני דברים בעזרת מילת דימוי כמו, כ-, דומה ל-,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הרגע המתוח והחשוב ביותר בעלילה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זיהוי המושג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השמש חייכה אליי בבוקר - איזה מושג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הוא רץ מהר כמו צבי - איזה מושג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משתמש תמיד במילה כמו, כ-, דומה ל-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בסיום סגור הבעיה בסיפור נפתרת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הרגע המתוח והחשוב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מייחסים תכונות אנושיות לבעל חיים,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משלכם שיש בו דימוי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להאנשה?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 והגדרה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