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בספרות: דימוי, שיא, ניגוד, אנפורה, האנשה, תפנית, סיום פתוח/סגור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עצמאי במושגים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בין שני דברים בעזרת מילת דימוי כמו, כ-, דומה ל-,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(הרגע המתוח והחשוב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(הצבה של שני דברים הפוכים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(חזרה על אותה מילה בתחילת משפטים רצופים)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(ייחוס תכונות אנושיות לבעלי חיים או 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(שינוי פתאומי בכיוון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המושג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סיום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שיא הוא הרגע המתוח ביותר, לא ההתחלה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ההגדרה של סיום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אנפורה היא חזרה בתחילת משפטים או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כמו/כ-/דומה ל-/כאילו והשוואה הגיונית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בסיום סגור הבעיה נפתרת וברור מה קרה, בסיום פתוח לא ברור מה קרה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משווה בין דברים עם מילת דימוי, האנשה נותנת תכונות אנושיות לדברים שאינם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דברים הפוכים כמו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אחת מכל מושג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כפעילות כיתתית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העצמאית כדאי לאפשר לתלמידים לשתף את המשפטים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חשובות שעוזרות להבין סיפורים ושירים. נתרגל כל מילה בדוגמה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בעזרת מילה כמו כמו, כ-, דומה ל-, כאילו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והחשוב ביותר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ורעיון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מה היצירה מדברת, למשל חברות או 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הצבה של שני דברים הפוכים זה לצד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בתחילת משפטים או טורים רצופים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ייחוס תכונות אנושיות לבעלי חיים, לחפצים או לטבע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 פתוח וסגור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סגור - הבעיה נפתרת, פתוח - לא ברור מה קרה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בכיוון העלילה או בהבנה של הדמות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ייחוס תכונות אנושיות לבעלי חיים או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הצבה של שני דברים הפוכים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פתאומי בכיוון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בין שני דברים בעזרת מילת דימוי כמו, כ-, דומה ל-,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על אותה מילה בתחילת משפטים רצופים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הרגע המתוח והחשוב ביותר בעלילה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המושג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השוואה עם המילה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שני דברים הפוכים זה ליד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אותה מילה חוזרת בתחילת כל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הרגע שבו הגיבור מגלה את הסוד הגדול ביותר בסיפור - איך נקרא הרגע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כאשר לא ברור מה קרה לדמות בסוף הסיפור - איך נקרא סוג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תמיד במילה כמו, כ-, דומה ל-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הוא 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סגור הבעיה בסיפור נפתרת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אנפורה היא חזרה על מילה בסוף משפטים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שינוי פתאומי שמשנה את כיוון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מייחסים תכונות אנושיות לבעל חיים,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בעזרת מילת דימוי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חזרה על אותה מילה בתחילת משפטים רצופים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הצבה של שני דברים הפוכים זה לצד זה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שיש בו דימוי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סיום פתוח לסיום סגור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שיא בעלילת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והגדרה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