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והגדרה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בספרות: דימוי, שיא, ניגוד, אנפורה, האנשה, תפנית, סיום פתוח/סגור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בתוך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עצמאי במושגים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בין שני דברים בעזרת מילת דימוי כמו, כ-, דומה ל-, כאילו)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(הרגע המתוח והחשוב ביותר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(הצבה של שני דברים הפוכים זה לצד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(חזרה על אותה מילה בתחילת משפטים רצופים)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(ייחוס תכונות אנושיות לבעלי חיים או 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(שינוי פתאומי בכיוון העלילה)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המושג בדוגמה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סיום פתוח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שיא הוא הרגע המתוח ביותר, לא ההתחלה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ההגדרה של סיום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אנפורה היא חזרה בתחילת משפטים או טורים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תפנית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מילת דימוי כמו/כ-/דומה ל-/כאילו והשוואה הגיונית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בסיום סגור הבעיה נפתרת וברור מה קרה, בסיום פתוח לא ברור מה קרה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משווה בין דברים עם מילת דימוי, האנשה נותנת תכונות אנושיות לדברים שאינם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עם שני דברים הפוכים כמו אור וחושך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הרגע המתוח והחשוב ביותר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אחת מכל מושג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כפעילות כיתתית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העצמאית כדאי לאפשר לתלמידים לשתף את המשפטים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 והגדרה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זה נתרגל את המושגים הספרותיים החשובים ביותר לניתוח סיפורים ושירים: דימוי, האנשה, ניגוד, אנפורה, שיא, תפנית וסיום פתוח או סגור.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ייחוס תכונות אנושיות לבעלי חיים או 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בין שני דברים בעזרת מילת דימוי כמו, כ-, דומה ל-, כאילו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הרגע המתוח והחשוב ביותר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שינוי פתאומי בכיוון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חזרה על אותה מילה בתחילת משפטים רצופים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הצבה של שני דברים הפוכים זה לצד 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זיהוי המושג בדוגמה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השמש חייכה אליי בבוקר - איזה מושג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הוא רץ מהר כמו צבי - איזה מושג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אור וחושך, עושר ועוני - איזה מושג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בכל בוקר... בכל בוקר... בכל בוקר... - איזה מושג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הרגע שבו הגיבור מגלה את הסוד הגדול ביותר בסיפור - איך נקרא הרגע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כאשר לא ברור מה קרה לדמות בסוף הסיפור - איך נקרא סוג הסיום?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סיום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סיום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תמיד במילה כמו, כ-, דומה ל- או כאילו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הוא תחילת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סגור הבעיה בסיפור נפתרת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אנפורה היא חזרה על מילה בסוף משפטים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תפנית היא שינוי פתאומי שמשנה את כיוון העלילה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הרגע המתוח והחשוב ביותר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מייחסים תכונות אנושיות לבעל חיים,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השוואה בעזרת מילת דימוי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חזרה על אותה מילה בתחילת משפטים רצופים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הצבה של שני דברים הפוכים זה לצד זה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שיש בו דימוי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סיום פתוח לסיום סגור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להאנשה?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שיא בעלילת 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 והגדרה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